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student's book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9780521753678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