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English 365 : student's book 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Bob Dignen/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144p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9780521549165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