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ctive Academic Writing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ce sava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092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