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إشكالية الاستثمار في المؤسسات الصغيرة والمتوسطة في الجزائر بين إجراءات الدولة والتحديات الراهنة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فوزي عبد الرزاق/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???? ?.89? ??? ??????? 3/126/060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