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عملية لحل مشكلة الفقر في الأردن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?.23? ??? ??????? 133/060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ج.1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