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التمكين الالكتروني للمنظمات والعاملين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الفياض/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?.387? ??? ??????? 3/133/060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