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مكافحة تبييض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عبد العزيز شافي/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?.169? ??? ??????? 3/134/060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