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اليب الكمية لقياس قيمة الشرك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إبراهيم عبد الرح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???? ?.95? ??? ??????? 136/06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