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Compilateurs : principes ; techniques et outils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Alfred  Aho/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9782744070372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