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تحرير قطاع التأمين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47-65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