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حدود القدرة التنافسية لاقتصاد قائم على الريع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لطرش/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3-11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