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موضوعات ادارية 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زاهد محمد ديري/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الإبتكار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9789957562601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