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الاسس الفلسفية للعولمة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تومي/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كنوز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9789961991190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