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لماذا تفشل الأمم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دارن اسيموجلو/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9789772824335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