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العلاقات الاقتصادية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سعادة راغب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9789957980962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