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السياحي والفندقي : مدخل صناعة السياحة والضيافة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9789957069285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