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المتوسطة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الناصر ابراهيم نور/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9789957067281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