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المحاسبة الادارية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الفيومي محمد/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التعليم الجامعي/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65779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