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الادارية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محمود العجلوني/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9789957069766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