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وهيبة السليماني/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9789957562267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