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الانتاجي في المؤسسات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منيعي فتيحة/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9789957351519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