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المهارات الاشرافية 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9789957562885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