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سوق التأمين الجزائري وسبل تحسين تنافسيته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طارق قندوز/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125-148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