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الاستثمار في قطاع الصناعات الغذائية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عبد الرزاق/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149-170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