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الإيقاع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أمينة فزاري/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137-154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