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التاريخ والتخييل في رواية العشق المقدنس لعز الدين جلاوجي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بوفنار هالة/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