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الحجاجية لأسلوب القصر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104-126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