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الوجه الآخر للبلاغة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حبيب مونسي/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111-122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