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 العنوان "جوزيف بيزا كامبروبي"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الحميد بورايو/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39-76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ع.5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