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التبيؤ الشعري ومسيرة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دليلة مكسح/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59-75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