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ايقاع القرآن الكريم من بلاغة التحسين إلى سيمياء التواصل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كاظم حميدي/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76-101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