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الرحيل إلى الريف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عبد المعطي حجازى/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58-62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