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التعلم التنظيمي و دوره في بناء المنظمات المتعلمة الجامعة نموذجا- دراسة من وجهة نظر عينة من أساتذة جامعة محمد الصديق بن يحي - جيجل-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لمياء/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330119311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