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وضع العربية خلال العهد الاستعماري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43-82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