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تحية إكبار لثورة نوفمبر في عيدها الخمسين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421-426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