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اللغوية للشيخ محمد الطاهر التليلي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39-56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