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اللسانيات العربية والترجمة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الجليل مرتاض/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93-108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ع.13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