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بين التيسير والتدمير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الحباس/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109-130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