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أبي حفص الزموري لغويا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175-192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