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محمود درويش قصيدة عيون الموتى على الأبواب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قصري إبتسام/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