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العربية وتباين المفاهيم حوله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العليم بوفاتح/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21-42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