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لغوية في المتوسط الكافي للعلامة موسى الأحمدي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169-182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