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آثار العلامة محمد بن أبي شنب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مختار نويوات/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25-50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ع.17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