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التراثي الأدبي والباحثون المعاصرون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توات/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161-190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ع.20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