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قصيدة " الحق الضائع " لطرفة ابن العبد د راسة إيقاعية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جامع خولة/ بوخنوف شهيرة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800228311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