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الثأر من الحرمان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مختار نويوات/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7-12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ع.31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