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طبوغرافية الافضية المكانية في رواية "نوار اللوز" لواسيني الاعرج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آمنة/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