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رواية "نساء كازانوفا" لوسيني الاعرج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غطاهم يسرى/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800229711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