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الطابوهات في الرواية الجزائرية رواية حب في خريف مائل - لسمير قسيمي انمودجا 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بلهدري ربيعة/ بن سخري زبير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800230011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