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التعايش الذيني في رواية كتاب الامير( مسالك أبواب الحديد) لوسيني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صالحي شهرزاد/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